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center"/>
      </w:pPr>
      <w:r>
        <w:rPr>
          <w:rFonts w:ascii="Arial" w:hAnsi="Arial" w:cs="Arial"/>
          <w:b/>
          <w:color w:val="14205A"/>
          <w:sz w:val="64"/>
          <w:rtl/>
          <w:bCs/>
          <w:szCs w:val="64"/>
        </w:rPr>
        <w:t>📜 האור שלי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32"/>
          <w:rtl/>
          <w:szCs w:val="32"/>
        </w:rPr>
        <w:t>תעודה זו מוענקת ל־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32"/>
          <w:rtl/>
          <w:szCs w:val="32"/>
        </w:rPr>
        <w:t>______________________________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30"/>
          <w:rtl/>
          <w:szCs w:val="30"/>
        </w:rPr>
        <w:t>שהדליק/ה שמונה נרות של אור:</w:t>
      </w:r>
    </w:p>
    <w:p>
      <w:pPr>
        <w:bidi/>
        <w:spacing w:after="60"/>
        <w:jc w:val="center"/>
      </w:pPr>
      <w:r>
        <w:rPr>
          <w:rFonts w:ascii="Arial" w:hAnsi="Arial" w:cs="Arial"/>
          <w:b/>
          <w:color w:val="14205A"/>
          <w:sz w:val="28"/>
          <w:rtl/>
          <w:bCs/>
          <w:szCs w:val="28"/>
        </w:rPr>
        <w:t>חלום · ערכים · מטרה · צעד קטן · כוחות · תמיכה · אור לכיתה · ברכה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28"/>
          <w:rtl/>
          <w:szCs w:val="28"/>
        </w:rPr>
        <w:t>🌙 החלום שלי: ______________________________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28"/>
          <w:rtl/>
          <w:szCs w:val="28"/>
        </w:rPr>
        <w:t>👣 הצעד הקטן שלי: ___________________________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center"/>
      </w:pPr>
      <w:r>
        <w:rPr>
          <w:rFonts w:ascii="Arial" w:hAnsi="Arial" w:cs="Arial"/>
          <w:b/>
          <w:color w:val="14205A"/>
          <w:sz w:val="30"/>
          <w:rtl/>
          <w:bCs/>
          <w:szCs w:val="30"/>
        </w:rPr>
        <w:t>יש בתוכך אור! נר ועוד נר, צעד ועוד צעד – כך נבנה אור גדול 💫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center"/>
      </w:pPr>
      <w:r>
        <w:rPr>
          <w:rFonts w:ascii="Arial" w:hAnsi="Arial" w:cs="Arial"/>
          <w:b w:val="0"/>
          <w:sz w:val="26"/>
          <w:rtl/>
          <w:szCs w:val="26"/>
        </w:rPr>
        <w:t>תאריך: ____________   חתימה: ____________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תעודת האור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