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rFonts w:ascii="Arial" w:hAnsi="Arial" w:cs="Arial"/>
          <w:b/>
          <w:color w:val="14205A"/>
          <w:sz w:val="40"/>
          <w:rtl/>
          <w:bCs/>
          <w:szCs w:val="40"/>
        </w:rPr>
        <w:t>יש בתוכך אור 💫 – מדריך מנחה לסדנת חנוכה לצוות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סדנה של 60–90 דקות למורים ולמורות · שמונה נרות, שמונה שלבים</w:t>
      </w:r>
    </w:p>
    <w:p>
      <w:pPr>
        <w:bidi/>
        <w:spacing w:after="60"/>
        <w:jc w:val="right"/>
        <w:shd w:val="clear" w:color="auto" w:fill="FFF3D6"/>
      </w:pPr>
      <w:r>
        <w:rPr>
          <w:rFonts w:ascii="Arial" w:hAnsi="Arial" w:cs="Arial"/>
          <w:b/>
          <w:color w:val="14205A"/>
          <w:sz w:val="25"/>
          <w:rtl/>
          <w:bCs/>
          <w:szCs w:val="25"/>
        </w:rPr>
        <w:t>חג חנוכה מזכיר לנו את הכוח של אור קטן ✨ נר ועוד נר 🕯️, צעד ועוד צעד – כך נבנה אור גדול, לאט ובהתמדה ✨ גם את/ה יכול/ה להצית בתוכך חלום, להדליק מטרה, ולבחור כל יום להתקרב אליה בצעד קטן, באור ובאהבה 🫶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💫 הסדנה מתאימה לכל מי שרוצה לחלום, להכיר בכוחות שלו/ה ובברכה שהוא/היא יכול/ה להביא לעולם.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💫 בסדנה נלמד לחלום, נמצא את הערכים שחשובים לנו, נציב מטרות שיעזרו לנו להתקדם לעבר החלום, ונכיר את הצעדים הקטנים שיכולים לסייע לנו להגשים את המטרות והחלומות שלנו.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מבנה הסדנה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השמש (פתיחה) ← 🌙 חלום ← 💎 ערכים ← 🎯 מטרה ← 👣 צעד קטן ← 💪 כוחות ← 🤝 תמיכה ושותפים ← 🌍 ברכה לעולם ← 🕯️ התחייבות ומעגל סיום. בכל שלב מדליקים נר על המסך (באתר: מסלול המורים ← מצב הקרנה).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🎒 ציוד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מקרן/מסך + האתר במצב "הקרנה"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חנוכייה חשמלית או נרות LED (בלי אש פתוחה)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קלפי ערכים מודפסים (סט לכל זוג)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דף "מטרה וצעדים קטנים" + דף "החנוכייה האישית"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כרטיסי ברכה וכרטיסי התחייבות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עטים צבעוניים, מוזיקה שקטה לרקע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⏱️ תזמונים</w:t>
      </w:r>
    </w:p>
    <w:tbl>
      <w:tblPr>
        <w:tblStyle w:val="TableGrid"/>
        <w:tblLayout w:type="fixed"/>
        <w:tblLook w:firstColumn="1" w:firstRow="1" w:lastColumn="0" w:lastRow="0" w:noHBand="0" w:noVBand="1" w:val="04A0"/>
        <w:bidiVisual/>
        <w:tblW w:w="10206" w:type="dxa"/>
        <w:tblLayout w:type="fixed"/>
      </w:tblPr>
      <w:tblGrid>
        <w:gridCol w:w="651"/>
        <w:gridCol w:w="651"/>
        <w:gridCol w:w="2388"/>
        <w:gridCol w:w="6514"/>
      </w:tblGrid>
      <w:tr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90 דק׳</w:t>
            </w:r>
          </w:p>
        </w:tc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60 דק׳</w:t>
            </w:r>
          </w:p>
        </w:tc>
        <w:tc>
          <w:tcPr>
            <w:tcW w:type="dxa" w:w="238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שלב</w:t>
            </w:r>
          </w:p>
        </w:tc>
        <w:tc>
          <w:tcPr>
            <w:tcW w:type="dxa" w:w="651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פעילות</w:t>
            </w:r>
          </w:p>
        </w:tc>
      </w:tr>
      <w:tr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0–5</w:t>
            </w:r>
          </w:p>
        </w:tc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0–5</w:t>
            </w:r>
          </w:p>
        </w:tc>
        <w:tc>
          <w:tcPr>
            <w:tcW w:type="dxa" w:w="238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 פתיחה: הדלקת השמש</w:t>
            </w:r>
          </w:p>
        </w:tc>
        <w:tc>
          <w:tcPr>
            <w:tcW w:type="dxa" w:w="651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סבב מהיר: שם + מילה אחת של אור. בקבוצה גדולה – כל אחד/ת כותב/ת את המילה על פתק ומניח/ה ליד חנוכייה (חשמלית) במרכז.</w:t>
            </w:r>
          </w:p>
        </w:tc>
      </w:tr>
      <w:tr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5–17</w:t>
            </w:r>
          </w:p>
        </w:tc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5–12</w:t>
            </w:r>
          </w:p>
        </w:tc>
        <w:tc>
          <w:tcPr>
            <w:tcW w:type="dxa" w:w="238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🌙 חלום</w:t>
            </w:r>
          </w:p>
        </w:tc>
        <w:tc>
          <w:tcPr>
            <w:tcW w:type="dxa" w:w="651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כתיבה אישית (3 דק׳): "מכתב מהעתיד" – שנה מהיום, כותבים לעצמנו מה התגשם. אחר כך שיתוף בזוגות: 2 דקות לכל אחד/ת, השומע/ת רק מקשיב/ה ושואל/ת שאלה אחת סקר…</w:t>
            </w:r>
          </w:p>
        </w:tc>
      </w:tr>
      <w:tr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17–29</w:t>
            </w:r>
          </w:p>
        </w:tc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12–20</w:t>
            </w:r>
          </w:p>
        </w:tc>
        <w:tc>
          <w:tcPr>
            <w:tcW w:type="dxa" w:w="238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💎 ערכים</w:t>
            </w:r>
          </w:p>
        </w:tc>
        <w:tc>
          <w:tcPr>
            <w:tcW w:type="dxa" w:w="651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מיון קלפי ערכים (בכלי הדיגיטלי או בקלפים מודפסים): בוחרים 10 ← מצמצמים ל־5 ← מסמנים ערך אחד מוביל. שיתוף בזוגות סביב השאלה השנייה.</w:t>
            </w:r>
          </w:p>
        </w:tc>
      </w:tr>
      <w:tr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29–41</w:t>
            </w:r>
          </w:p>
        </w:tc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20–28</w:t>
            </w:r>
          </w:p>
        </w:tc>
        <w:tc>
          <w:tcPr>
            <w:tcW w:type="dxa" w:w="238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🎯 מטרה</w:t>
            </w:r>
          </w:p>
        </w:tc>
        <w:tc>
          <w:tcPr>
            <w:tcW w:type="dxa" w:w="651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בונים מטרה בכלי "בונה המטרה" או בדף העבודה. אחר כך "שותפי אור": בזוגות, כל אחד/ת מקריא/ה את המטרה, והשותף/ה שואל/ת רק: "מה עוד יעזור לזה להיות ברור יו…</w:t>
            </w:r>
          </w:p>
        </w:tc>
      </w:tr>
      <w:tr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41–51</w:t>
            </w:r>
          </w:p>
        </w:tc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28–35</w:t>
            </w:r>
          </w:p>
        </w:tc>
        <w:tc>
          <w:tcPr>
            <w:tcW w:type="dxa" w:w="238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👣 צעד קטן</w:t>
            </w:r>
          </w:p>
        </w:tc>
        <w:tc>
          <w:tcPr>
            <w:tcW w:type="dxa" w:w="651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"סולם הצעדים": כותבים 5 שלבים מהמטרה עד הצעד של מחר. בשלשות – כל אחד/ת אומר/ת בקול: "מחר אני..." והקבוצה עונה: "אנחנו איתך!"</w:t>
            </w:r>
          </w:p>
        </w:tc>
      </w:tr>
      <w:tr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51–63</w:t>
            </w:r>
          </w:p>
        </w:tc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35–43</w:t>
            </w:r>
          </w:p>
        </w:tc>
        <w:tc>
          <w:tcPr>
            <w:tcW w:type="dxa" w:w="238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💪 כוחות</w:t>
            </w:r>
          </w:p>
        </w:tc>
        <w:tc>
          <w:tcPr>
            <w:tcW w:type="dxa" w:w="651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ממלאים את החנוכייה האישית (בכלי או בדף). אחר כך "מראה מאירה" בשלשות: כל משתתף/ת שומע/ת מהשניים האחרים כוח אחד שהם רואים בו/בה. מוסיפים אותו לחנוכייה.</w:t>
            </w:r>
          </w:p>
        </w:tc>
      </w:tr>
      <w:tr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63–71</w:t>
            </w:r>
          </w:p>
        </w:tc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43–48</w:t>
            </w:r>
          </w:p>
        </w:tc>
        <w:tc>
          <w:tcPr>
            <w:tcW w:type="dxa" w:w="238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🤝 תמיכה ושותפים</w:t>
            </w:r>
          </w:p>
        </w:tc>
        <w:tc>
          <w:tcPr>
            <w:tcW w:type="dxa" w:w="651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תרגול עש״ן ד״ק של דקה (בהנחיה קולית). אחר כך כל אחד/ת בוחר/ת "שותף/ת אור" מהקבוצה – ומתאמים בדיקה הדדית קצרה בעוד שבוע.</w:t>
            </w:r>
          </w:p>
        </w:tc>
      </w:tr>
      <w:tr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71–79</w:t>
            </w:r>
          </w:p>
        </w:tc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48–53</w:t>
            </w:r>
          </w:p>
        </w:tc>
        <w:tc>
          <w:tcPr>
            <w:tcW w:type="dxa" w:w="238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🌍 ברכה לעולם</w:t>
            </w:r>
          </w:p>
        </w:tc>
        <w:tc>
          <w:tcPr>
            <w:tcW w:type="dxa" w:w="651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כל אחד/ת כותב/ת כרטיס ברכה – לעצמו/ה או לעמית/ה. אפשר להשתמש במחולל הברכות שבמסלול התלמידים.</w:t>
            </w:r>
          </w:p>
        </w:tc>
      </w:tr>
      <w:tr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79–89</w:t>
            </w:r>
          </w:p>
        </w:tc>
        <w:tc>
          <w:tcPr>
            <w:tcW w:type="dxa" w:w="6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53–60</w:t>
            </w:r>
          </w:p>
        </w:tc>
        <w:tc>
          <w:tcPr>
            <w:tcW w:type="dxa" w:w="238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 התחייבות ומעגל סיום</w:t>
            </w:r>
          </w:p>
        </w:tc>
        <w:tc>
          <w:tcPr>
            <w:tcW w:type="dxa" w:w="651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מעגל סיום עם הכלי "מעגל הסיום" (טיימר + הדלקת נרות). מסיימים בכרטיס התחייבות אישי שנשאר אצל כל אחד/ת – ובשיר חנוכה מוכר, אם מתאים לקבוצה.</w:t>
            </w:r>
          </w:p>
        </w:tc>
      </w:tr>
    </w:tbl>
    <w:p>
      <w:pPr>
        <w:bidi/>
        <w:spacing w:after="60"/>
        <w:jc w:val="right"/>
      </w:pPr>
      <w:r>
        <w:rPr>
          <w:rFonts w:ascii="Arial" w:hAnsi="Arial" w:cs="Arial"/>
          <w:b w:val="0"/>
          <w:sz w:val="12"/>
          <w:rtl/>
          <w:szCs w:val="12"/>
        </w:rPr>
        <w:t xml:space="preserve"> 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🕯️ פתיחה: הדלקת השמש  ·  90 דק׳: 5 | 60 דק׳: 5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🎯 מטרת השלב: יוצרים מרחב שקט ובטוח ומזמינים את המשתתפים והמשתתפות להגיע עם הלב.</w:t>
      </w:r>
    </w:p>
    <w:p>
      <w:pPr>
        <w:bidi/>
        <w:spacing w:after="60"/>
        <w:jc w:val="right"/>
        <w:shd w:val="clear" w:color="auto" w:fill="FFFAF0"/>
      </w:pPr>
      <w:r>
        <w:rPr>
          <w:rFonts w:ascii="Arial" w:hAnsi="Arial" w:cs="Arial"/>
          <w:b w:val="0"/>
          <w:sz w:val="24"/>
          <w:rtl/>
          <w:szCs w:val="24"/>
        </w:rPr>
        <w:t>🗣️ תסריט למנחה: מעמעמים מעט את האור ומדליקים על המסך את השמש בלבד. "השמש הוא נר מיוחד: הוא מדליק את כל שאר הנרות – והאור שלו לא קטֵן כשהוא נותן. גם אנחנו, אנשי ואנשות החינוך, נרות שמש. היום ניקח רגע לעצמנו – להדליק את האור שבתוכנו."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💭 שאלות לרפלקציה: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מה האיר לי השבוע? (מילה אחת או רגע אחד)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באיזה מצב רוח הגעתי היום – בגווני אור: עמום, מהבהב, יציב, בוער?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👥 פעילות: סבב מהיר: שם + מילה אחת של אור. בקבוצה גדולה – כל אחד/ת כותב/ת את המילה על פתק ומניח/ה ליד חנוכייה (חשמלית) במרכז.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גש״ר מאח״ד – ח (חברה): פתיחה במעגל יוצרת שייכות מהדקה הראשונה.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🌙 נר 1: חלום  ·  90 דק׳: 12 | 60 דק׳: 7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🎯 מטרת השלב: מחזירים לעצמנו את היכולת לחלום – כאנשים וכאנשי ואנשות חינוך.</w:t>
      </w:r>
    </w:p>
    <w:p>
      <w:pPr>
        <w:bidi/>
        <w:spacing w:after="60"/>
        <w:jc w:val="right"/>
        <w:shd w:val="clear" w:color="auto" w:fill="FFFAF0"/>
      </w:pPr>
      <w:r>
        <w:rPr>
          <w:rFonts w:ascii="Arial" w:hAnsi="Arial" w:cs="Arial"/>
          <w:b w:val="0"/>
          <w:sz w:val="24"/>
          <w:rtl/>
          <w:szCs w:val="24"/>
        </w:rPr>
        <w:t>🗣️ תסריט למנחה: "עִצמו עיניים, אם נוח לכם. נשימה עמוקה... דמיינו שעברה שנה. אתם קמים בבוקר ומרגישים שמשהו טוב קרה – משהו שחלמתם עליו. איפה אתם? מי איתכם? מה אתם עושים? מה אתם מרגישים בגוף?" (2–3 דקות בקצב איטי, עם שקט בין המשפטים)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💭 שאלות לרפלקציה: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איזה חלום היה לי פעם – ונשכח בדרך?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מה החלום שלי היום – בחיים האישיים ובעבודה החינוכית?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אם לא היה לי שום פחד – מה הייתי מעז/ה לחלום?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👥 פעילות: כתיבה אישית (3 דק׳): "מכתב מהעתיד" – שנה מהיום, כותבים לעצמנו מה התגשם. אחר כך שיתוף בזוגות: 2 דקות לכל אחד/ת, השומע/ת רק מקשיב/ה ושואל/ת שאלה אחת סקרנית.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גש״ר מאח״ד – ד (דמיון): הדמיון הוא ערוץ חוסן. מי שמסוגל/ת לדמיין עתיד טוב – מגייס/ת כוח לדרך.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💎 נר 2: ערכים  ·  90 דק׳: 12 | 60 דק׳: 8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🎯 מטרת השלב: מזהים את הערכים שמניעים אותנו – הם המצפן שמכוון את החלום.</w:t>
      </w:r>
    </w:p>
    <w:p>
      <w:pPr>
        <w:bidi/>
        <w:spacing w:after="60"/>
        <w:jc w:val="right"/>
        <w:shd w:val="clear" w:color="auto" w:fill="FFFAF0"/>
      </w:pPr>
      <w:r>
        <w:rPr>
          <w:rFonts w:ascii="Arial" w:hAnsi="Arial" w:cs="Arial"/>
          <w:b w:val="0"/>
          <w:sz w:val="24"/>
          <w:rtl/>
          <w:szCs w:val="24"/>
        </w:rPr>
        <w:t>🗣️ תסריט למנחה: "חלום בלי ערכים הוא כמו נר בלי פתיל. הערכים שלנו הם מה שגורם לחלום להיות שלנו באמת. נמיין עכשיו כרטיסי ערכים – מעשרה, לחמישה, לאחד."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💭 שאלות לרפלקציה: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איזה ערך הכי מזוהה איתי – גם בעיני אחרים?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ספרו על רגע שבו פעלתם לפי הערך הזה – גם כשהיה קשה.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איזה ערך שלי פחות מקבל מקום ביום־יום – ורוצה יותר אור?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👥 פעילות: מיון קלפי ערכים (בכלי הדיגיטלי או בקלפים מודפסים): בוחרים 10 ← מצמצמים ל־5 ← מסמנים ערך אחד מוביל. שיתוף בזוגות סביב השאלה השנייה.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גש״ר מאח״ד – מ״א (מערכת אמונות וערכים): משמעות וערכים הם עוגן ברגעי משבר. מעש״ה – מ (מחויבות): אנחנו מחויבים למה שחשוב לנו.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🎯 נר 3: מטרה  ·  90 דק׳: 12 | 60 דק׳: 8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🎯 מטרת השלב: הופכים חלום למטרה ברורה, מדידה ובת־השגה – בשפה חמה ולא טכנית.</w:t>
      </w:r>
    </w:p>
    <w:p>
      <w:pPr>
        <w:bidi/>
        <w:spacing w:after="60"/>
        <w:jc w:val="right"/>
        <w:shd w:val="clear" w:color="auto" w:fill="FFFAF0"/>
      </w:pPr>
      <w:r>
        <w:rPr>
          <w:rFonts w:ascii="Arial" w:hAnsi="Arial" w:cs="Arial"/>
          <w:b w:val="0"/>
          <w:sz w:val="24"/>
          <w:rtl/>
          <w:szCs w:val="24"/>
        </w:rPr>
        <w:t>🗣️ תסריט למנחה: "מטרה היא חלום שקיבל כתובת ותאריך. נבנה אותה יחד עם חמש שאלות פשוטות: מה בדיוק? איך אדע שהתקדמתי? זה בידיים שלי? למה זה חשוב לי? עד מתי?"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💭 שאלות לרפלקציה: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מה בדיוק אני רוצה שיקרה? (אפשר לצלם את זה במצלמה?)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איך אדע שהתקדמתי – מה אראה, אשמע או ארגיש?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האם זה בידיים שלי – ומה כן תלוי בי?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איזה ערך מהשלב הקודם נמצא בתוך המטרה?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עד מתי? (תאריך אמיתי ביומן)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👥 פעילות: בונים מטרה בכלי "בונה המטרה" או בדף העבודה. אחר כך "שותפי אור": בזוגות, כל אחד/ת מקריא/ה את המטרה, והשותף/ה שואל/ת רק: "מה עוד יעזור לזה להיות ברור יותר?"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מעש״ה – ש (שאלות מעוררות חשיבה): שאלה טובה ממקדת. מעש״ה – ע (עידוד לפעילות יעילה): מטרה ברורה מזמינה פעולה.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👣 נר 4: צעד קטן  ·  90 דק׳: 10 | 60 דק׳: 7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🎯 מטרת השלב: מפרקים את המטרה לסולם של צעדים קטנים – הראשון שבהם אפשרי כבר מחר.</w:t>
      </w:r>
    </w:p>
    <w:p>
      <w:pPr>
        <w:bidi/>
        <w:spacing w:after="60"/>
        <w:jc w:val="right"/>
        <w:shd w:val="clear" w:color="auto" w:fill="FFFAF0"/>
      </w:pPr>
      <w:r>
        <w:rPr>
          <w:rFonts w:ascii="Arial" w:hAnsi="Arial" w:cs="Arial"/>
          <w:b w:val="0"/>
          <w:sz w:val="24"/>
          <w:rtl/>
          <w:szCs w:val="24"/>
        </w:rPr>
        <w:t>🗣️ תסריט למנחה: "בחנוכה לא מדליקים שמונה נרות בלילה הראשון. מוסיפים נר ועוד נר. גם מטרה גדולה נבנית ככה. הצעד הראשון צריך להיות כל כך קטן – שאי אפשר להגיד לו לא: עד 10 דקות, בתוך 24 שעות."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💭 שאלות לרפלקציה: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מה הצעד הכי קטן שאפשר לעשות מחר בבוקר?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מה עלול לעצור אותי – ומה אעשה אז?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איך אחגוג צעד שהצלחתי?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👥 פעילות: "סולם הצעדים": כותבים 5 שלבים מהמטרה עד הצעד של מחר. בשלשות – כל אחד/ת אומר/ת בקול: "מחר אני..." והקבוצה עונה: "אנחנו איתך!"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מעש״ה – ה (הבניית רצף): סדר ברור של צעדים מחזיר תחושת שליטה. התמדה = הרבה הצלחות קטנות.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💪 נר 5: כוחות  ·  90 דק׳: 12 | 60 דק׳: 8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🎯 מטרת השלב: מזהים כוחות אישיים בשישה ערוצים – ובונים חנוכייה אישית של כוחות.</w:t>
      </w:r>
    </w:p>
    <w:p>
      <w:pPr>
        <w:bidi/>
        <w:spacing w:after="60"/>
        <w:jc w:val="right"/>
        <w:shd w:val="clear" w:color="auto" w:fill="FFFAF0"/>
      </w:pPr>
      <w:r>
        <w:rPr>
          <w:rFonts w:ascii="Arial" w:hAnsi="Arial" w:cs="Arial"/>
          <w:b w:val="0"/>
          <w:sz w:val="24"/>
          <w:rtl/>
          <w:szCs w:val="24"/>
        </w:rPr>
        <w:t>🗣️ תסריט למנחה: "לכל אחד ואחת מאיתנו יש חנוכייה פנימית. היום נמלא אותה בשמונה כוחות. השתמשו בשישה ערוצים: גוף, שכל, רגש, אמונה וערכים, חברה ודמיון. השמש – הוא הכוח שמדליק את כל השאר."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💭 שאלות לרפלקציה: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באיזה ערוץ אני הכי חזק/ה? באיזה פחות?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איזה כוח שלי עזר לי לעבור תקופה קשה?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מה אחרים אומרים שאני טוב/ה בו – ואני מתקשה להאמין?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👥 פעילות: ממלאים את החנוכייה האישית (בכלי או בדף). אחר כך "מראה מאירה" בשלשות: כל משתתף/ת שומע/ת מהשניים האחרים כוח אחד שהם רואים בו/בה. מוסיפים אותו לחנוכייה.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גש״ר מאח״ד – כל ששת הערוצים: גוף, שכל, רגש, מערכת אמונות, חברה, דמיון. מי שמכיר/ה את הערוצים שלו/ה – יודע/ת מאיפה לשאוב כוח.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🤝 נר 6: תמיכה ושותפים  ·  90 דק׳: 8 | 60 דק׳: 5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🎯 מטרת השלב: ממפים מי תומך בנו בדרך, ומתרגלים כלי לרגעים שבהם הצעד לא מצליח.</w:t>
      </w:r>
    </w:p>
    <w:p>
      <w:pPr>
        <w:bidi/>
        <w:spacing w:after="60"/>
        <w:jc w:val="right"/>
        <w:shd w:val="clear" w:color="auto" w:fill="FFFAF0"/>
      </w:pPr>
      <w:r>
        <w:rPr>
          <w:rFonts w:ascii="Arial" w:hAnsi="Arial" w:cs="Arial"/>
          <w:b w:val="0"/>
          <w:sz w:val="24"/>
          <w:rtl/>
          <w:szCs w:val="24"/>
        </w:rPr>
        <w:t>🗣️ תסריט למנחה: "גם השמש צריך מישהו שידליק אותו. מי האנשים שמדליקים אותי? ומה אני עושה כשהנר כבה לרגע – כשלא עשיתי את הצעד? נתרגל יחד עש״ן ד״ק: עוצרים, שרירים, נשימה, דיבור עצמי, קדימה."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💭 שאלות לרפלקציה: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מי שלושה אנשים שאפשר לפנות אליהם בדרך?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מה אגיד לעצמי ביום שבו לא הצלחתי?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את מי אני יכול/ה להדליק?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👥 פעילות: תרגול עש״ן ד״ק של דקה (בהנחיה קולית). אחר כך כל אחד/ת בוחר/ת "שותף/ת אור" מהקבוצה – ומתאמים בדיקה הדדית קצרה בעוד שבוע.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עש״ן ד״ק: ויסות עצמי כשהדרך מאתגרת. גש״ר מאח״ד – ח (חברה): שייכות ותמיכה הן מקור חוסן.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🌍 נר 7: ברכה לעולם  ·  90 דק׳: 8 | 60 דק׳: 5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🎯 מטרת השלב: מחברים את החלום האישי לשליחות: איזה אור אני מביא/ה לתלמידים, לצוות, למשפחה ולעולם.</w:t>
      </w:r>
    </w:p>
    <w:p>
      <w:pPr>
        <w:bidi/>
        <w:spacing w:after="60"/>
        <w:jc w:val="right"/>
        <w:shd w:val="clear" w:color="auto" w:fill="FFFAF0"/>
      </w:pPr>
      <w:r>
        <w:rPr>
          <w:rFonts w:ascii="Arial" w:hAnsi="Arial" w:cs="Arial"/>
          <w:b w:val="0"/>
          <w:sz w:val="24"/>
          <w:rtl/>
          <w:szCs w:val="24"/>
        </w:rPr>
        <w:t>🗣️ תסריט למנחה: "נר חנוכה מדליקים ליד החלון – כדי שהאור ייראה בחוץ. החלום שלנו הוא לא רק בשבילנו. איזו ברכה אתם מביאים לעולם?"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💭 שאלות לרפלקציה: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איזה תלמיד או תלמידה ייזכרו בעוד עשר שנים באור שהבאתי להם?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מה הברכה שהחלום שלי יביא לאחרים?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איזו ברכה הייתי רוצה לשמוע בעצמי?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👥 פעילות: כל אחד/ת כותב/ת כרטיס ברכה – לעצמו/ה או לעמית/ה. אפשר להשתמש במחולל הברכות שבמסלול התלמידים.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גש״ר מאח״ד – מ״א (משמעות): תחושת שליחות מחזקת התמדה. מעש״ה – מ (מחויבות): אני מחויב/ת לאור שאני מביא/ה.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🕯️ נר 8: התחייבות ומעגל סיום  ·  90 דק׳: 10 | 60 דק׳: 7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🎯 מטרת השלב: נועלים במעגל, כל אחד/ת אומר/ת בקול את ההתחייבות – וכל קול מדליק נר.</w:t>
      </w:r>
    </w:p>
    <w:p>
      <w:pPr>
        <w:bidi/>
        <w:spacing w:after="60"/>
        <w:jc w:val="right"/>
        <w:shd w:val="clear" w:color="auto" w:fill="FFFAF0"/>
      </w:pPr>
      <w:r>
        <w:rPr>
          <w:rFonts w:ascii="Arial" w:hAnsi="Arial" w:cs="Arial"/>
          <w:b w:val="0"/>
          <w:sz w:val="24"/>
          <w:rtl/>
          <w:szCs w:val="24"/>
        </w:rPr>
        <w:t>🗣️ תסריט למנחה: "הגענו לנר השמיני. כל אחד ואחת יאמרו משפט אחד: 'האור שאני לוקח/ת מכאן הוא...' – ועם כל משפט נדליק נר על המסך."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💭 שאלות לרפלקציה: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האור שאני לוקח/ת מכאן הוא...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הצעד הקטן שלי השבוע הוא...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הברכה שלי לקבוצה...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👥 פעילות: מעגל סיום עם הכלי "מעגל הסיום" (טיימר + הדלקת נרות). מסיימים בכרטיס התחייבות אישי שנשאר אצל כל אחד/ת – ובשיר חנוכה מוכר, אם מתאים לקבוצה.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מעש״ה – מ (מחויבות) ו־ה (הבניית רצף): התחייבות בקול, מול קבוצה, מגבירה את הסיכוי להתמיד.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💡 טיפים למנחה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שקט הוא חלק מהסדנה: אחרי כל שאלה – 10 שניות של המתנה.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שיתוף הוא תמיד בחירה. אפשר לומר "אני מעביר/ה".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בגרסת 60 דקות: דמיון מודרך קצר (90 שניות) ומיון ערכים 10 ← 5 בלבד.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נרות LED בלבד – בלי אש פתוחה בחדר.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אם עולים רגשות קשים – מאטים, מכירים ברגש ומפנים בעדינות לשיחה אישית אחרי הסדנה.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🛡️ מודלי החוסן בסדנה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14205A"/>
          <w:sz w:val="26"/>
          <w:rtl/>
          <w:bCs/>
          <w:szCs w:val="26"/>
        </w:rPr>
        <w:t>גש״ר מאח״ד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שישה ערוצי התמודדות: גוף, שכל, רגש, מערכת אמונות, חברה, דמיון.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🌙 חלום – ד – דמיון: מדמיינים עתיד טוב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💎 ערכים – מ״א – מערכת אמונות וערכים: משמעות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💪 כוחות – כל ששת הערוצים – החנוכייה האישית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🤝 תמיכה – ח – חברה: שייכות ושותפים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14205A"/>
          <w:sz w:val="26"/>
          <w:rtl/>
          <w:bCs/>
          <w:szCs w:val="26"/>
        </w:rPr>
        <w:t>עש״ן ד״ק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ויסות עצמי ברגע מאתגר: עוצרים, שרירים, נשימה, דיבור עצמי מרגיע, קדימה.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🤝 מי איתי – תרגול של דקה – לרגע שבו הצעד לא הצליח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👣 צעד קטן – "קדימה" = הצעד הבא, לא כל הדרך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14205A"/>
          <w:sz w:val="26"/>
          <w:rtl/>
          <w:bCs/>
          <w:szCs w:val="26"/>
        </w:rPr>
        <w:t>מעש״ה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עזרה ראשונה נפשית לאחר/ת: מחויבות, עידוד לפעילות יעילה, שאילת שאלות מעוררות חשיבה, הבניית רצף.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🎯 מטרה – ש – שאלות שממקדות את החלום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👣 צעד קטן – ה – הבניית רצף: סולם צעדים ברור; ע – עידוד לפעולה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🕯️ התחייבות – מ – מחויבות: אומרים בקול, מול הקבוצה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✨ האור לכיתה – ע – עידוד: מחמאה מדויקת מחזקת התמדה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🧒 נספח: הסדנה לתלמידים (45 דקות)</w:t>
      </w:r>
    </w:p>
    <w:tbl>
      <w:tblPr>
        <w:tblStyle w:val="TableGrid"/>
        <w:tblLayout w:type="fixed"/>
        <w:tblLook w:firstColumn="1" w:firstRow="1" w:lastColumn="0" w:lastRow="0" w:noHBand="0" w:noVBand="1" w:val="04A0"/>
        <w:bidiVisual/>
        <w:tblW w:w="10206" w:type="dxa"/>
        <w:tblLayout w:type="fixed"/>
      </w:tblPr>
      <w:tblGrid>
        <w:gridCol w:w="775"/>
        <w:gridCol w:w="1679"/>
        <w:gridCol w:w="7751"/>
      </w:tblGrid>
      <w:tr>
        <w:tc>
          <w:tcPr>
            <w:tcW w:type="dxa" w:w="77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זמן</w:t>
            </w:r>
          </w:p>
        </w:tc>
        <w:tc>
          <w:tcPr>
            <w:tcW w:type="dxa" w:w="16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שלב</w:t>
            </w:r>
          </w:p>
        </w:tc>
        <w:tc>
          <w:tcPr>
            <w:tcW w:type="dxa" w:w="775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מה עושים</w:t>
            </w:r>
          </w:p>
        </w:tc>
      </w:tr>
      <w:tr>
        <w:tc>
          <w:tcPr>
            <w:tcW w:type="dxa" w:w="77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3 דק׳</w:t>
            </w:r>
          </w:p>
        </w:tc>
        <w:tc>
          <w:tcPr>
            <w:tcW w:type="dxa" w:w="16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 הדלקת השמש</w:t>
            </w:r>
          </w:p>
        </w:tc>
        <w:tc>
          <w:tcPr>
            <w:tcW w:type="dxa" w:w="775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מעמעמים אור, מדליקים את השמש על המסך: "מה מאיר לכם היום?" – מילה אחת מכל מי שרוצה.</w:t>
            </w:r>
          </w:p>
        </w:tc>
      </w:tr>
      <w:tr>
        <w:tc>
          <w:tcPr>
            <w:tcW w:type="dxa" w:w="77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10 דק׳</w:t>
            </w:r>
          </w:p>
        </w:tc>
        <w:tc>
          <w:tcPr>
            <w:tcW w:type="dxa" w:w="16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🌙💎 נרות 1–2</w:t>
            </w:r>
          </w:p>
        </w:tc>
        <w:tc>
          <w:tcPr>
            <w:tcW w:type="dxa" w:w="775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חלום (ציור/כתיבה) ← ערכים. שיתוף קצר בזוגות.</w:t>
            </w:r>
          </w:p>
        </w:tc>
      </w:tr>
      <w:tr>
        <w:tc>
          <w:tcPr>
            <w:tcW w:type="dxa" w:w="77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10 דק׳</w:t>
            </w:r>
          </w:p>
        </w:tc>
        <w:tc>
          <w:tcPr>
            <w:tcW w:type="dxa" w:w="16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🎯👣 נרות 3–4</w:t>
            </w:r>
          </w:p>
        </w:tc>
        <w:tc>
          <w:tcPr>
            <w:tcW w:type="dxa" w:w="775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מטרה ← צעד קטן. כל אחד/ת אומר/ת בשקט לעצמו/ה: "מחר אני..."</w:t>
            </w:r>
          </w:p>
        </w:tc>
      </w:tr>
      <w:tr>
        <w:tc>
          <w:tcPr>
            <w:tcW w:type="dxa" w:w="77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8 דק׳</w:t>
            </w:r>
          </w:p>
        </w:tc>
        <w:tc>
          <w:tcPr>
            <w:tcW w:type="dxa" w:w="16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💪🤝 נרות 5–6</w:t>
            </w:r>
          </w:p>
        </w:tc>
        <w:tc>
          <w:tcPr>
            <w:tcW w:type="dxa" w:w="775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כוחות (שישה ערוצים) + תרגול עש״ן ד״ק של דקה.</w:t>
            </w:r>
          </w:p>
        </w:tc>
      </w:tr>
      <w:tr>
        <w:tc>
          <w:tcPr>
            <w:tcW w:type="dxa" w:w="77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8 דק׳</w:t>
            </w:r>
          </w:p>
        </w:tc>
        <w:tc>
          <w:tcPr>
            <w:tcW w:type="dxa" w:w="16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✨ נר 7</w:t>
            </w:r>
          </w:p>
        </w:tc>
        <w:tc>
          <w:tcPr>
            <w:tcW w:type="dxa" w:w="775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משחק המחמאות במליאה – חנוכיית הכיתה נדלקת.</w:t>
            </w:r>
          </w:p>
        </w:tc>
      </w:tr>
      <w:tr>
        <w:tc>
          <w:tcPr>
            <w:tcW w:type="dxa" w:w="77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6 דק׳</w:t>
            </w:r>
          </w:p>
        </w:tc>
        <w:tc>
          <w:tcPr>
            <w:tcW w:type="dxa" w:w="16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🎁 נר 8 + סיום</w:t>
            </w:r>
          </w:p>
        </w:tc>
        <w:tc>
          <w:tcPr>
            <w:tcW w:type="dxa" w:w="775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מחולל הברכות, תעודת "האור שלי" ומשפט סיום: "האור שאני לוקח/ת מכאן..."</w:t>
            </w:r>
          </w:p>
        </w:tc>
      </w:tr>
    </w:tbl>
    <w:p>
      <w:pPr>
        <w:bidi/>
        <w:spacing w:after="60"/>
        <w:jc w:val="right"/>
      </w:pPr>
      <w:r>
        <w:rPr>
          <w:rFonts w:ascii="Arial" w:hAnsi="Arial" w:cs="Arial"/>
          <w:b w:val="0"/>
          <w:sz w:val="12"/>
          <w:rtl/>
          <w:szCs w:val="12"/>
        </w:rPr>
        <w:t xml:space="preserve"> 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יסודי: משפטים קצרים, הרבה ציור ותנועה, דוגמאות מהבית ומהכיתה.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חט״ב: דגש על בחירה אישית, מטרות לימודיות וחברתיות, שיח בזוגות.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חט״ע: חיבור לבחירות העתיד, מטרות לטווח ארוך, רפלקציה כתובה.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🟢 עולים: עברית קלה עם ניקוד, מילים עם אימוג׳י, אפשר לענות במילה אחת או בציור. אפשר לכתוב גם בשפת האם.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• חנ״מ: מסך פשוט, תמונות ואימוג׳י, בחירה אחת בכל פעם, הקראה בקול ועזרה של מבוגר/ת.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777777"/>
          <w:sz w:val="18"/>
          <w:rtl/>
          <w:szCs w:val="18"/>
        </w:rPr>
        <w:t>יש בתוכך אור – סדנת חנוכה · 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מדריך מנחה – יש בתוכך אור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