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rFonts w:ascii="Arial" w:hAnsi="Arial" w:cs="Arial"/>
          <w:b/>
          <w:color w:val="14205A"/>
          <w:sz w:val="40"/>
          <w:rtl/>
          <w:bCs/>
          <w:szCs w:val="40"/>
        </w:rPr>
        <w:t>📗 יש בתוכך אור – החוברת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שם: ______________________   כיתה: ________</w:t>
      </w:r>
    </w:p>
    <w:p>
      <w:pPr>
        <w:bidi/>
        <w:spacing w:after="60"/>
        <w:jc w:val="right"/>
        <w:shd w:val="clear" w:color="auto" w:fill="FFF3D6"/>
      </w:pPr>
      <w:r>
        <w:rPr>
          <w:rFonts w:ascii="Arial" w:hAnsi="Arial" w:cs="Arial"/>
          <w:b/>
          <w:color w:val="14205A"/>
          <w:sz w:val="25"/>
          <w:rtl/>
          <w:bCs/>
          <w:szCs w:val="25"/>
        </w:rPr>
        <w:t>נר ועוד נר 🕯️, צעד ועוד צעד – כך נבנה אור גדול. בכל עמוד מדליקים נר: צובעים את הלהבה כשמסיימים!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4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שמש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5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7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</w:tr>
      <w:tr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  <w:tc>
          <w:tcPr>
            <w:tcW w:type="dxa" w:w="1134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🕯️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השמש כבר דולק – הוא האור שבתוכך 💛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1: 🌙 החלום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אם לא היה שום פחד – מה הייתם מעזים לחלום? ציירו או כתבו את החלום בכמה מילים.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מָה הַחֲלוֹם שֶׁלִּי? 🌙 צַיְּרוּ אוֹ כִּתְבוּ.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🎨 מקום לציור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עִצמו עיניים לחצי דקה לפני – דמיון הוא כוח (גש״ר מאח״ד – ד).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2: 💎 מה חשוב 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בחרו 3 ערכים שמובילים אתכם. ומה מהם הכי "אתם"?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מָה חָשׁוּב לִי? בַּחֲרוּ 3.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הקיפו 3: 👨‍👩‍👧 משפחה · 🤝 חברות · 🙌 כבוד · ✅ אמת · 🫶 עזרה לאחרים · 🦁 אומץ · 😄 שמחה · 📚 למידה · ❤️ אהבה · 🕊️ שלום · 🎨 יצירה · 🍎 בריאות · 🌳 טבע · 🧭 אחריות · ⚖️ צדק · 🐢 התמדה · 🔍 סקרנות · 😂 הומור · 🏡 שייכות · 🙏 תודה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ערכים הם המצפן של החלום (גש״ר מאח״ד – מ״א: מערכת אמונות).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3: 🎯 המטרה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הפכו את החלום למטרה: מה בדיוק, ועד מתי?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מָה אֲנִי רוֹצֶה / רוֹצָה לַעֲשׂוֹת?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המטרה שלי: אני רוצה...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איך אדע שהתקדמתי?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עד מתי? 📅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מטרה = חלום עם תאריך.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4: 👣 צעד קטן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נר ועוד נר: כתבו 3 צעדים קטנים – והראשון כבר מחר.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צַעַד קָטָן אֶחָד – מָחָר.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👣 הסולם שלי (מלמטה למעלה):</w:t>
      </w:r>
    </w:p>
    <w:tbl>
      <w:tblPr>
        <w:tblStyle w:val="TableGrid"/>
        <w:tblLayout w:type="fixed"/>
        <w:tblLook w:firstColumn="1" w:firstRow="1" w:lastColumn="0" w:lastRow="0" w:noHBand="0" w:noVBand="1" w:val="04A0"/>
        <w:bidiVisual/>
        <w:tblW w:w="10206" w:type="dxa"/>
        <w:tblLayout w:type="fixed"/>
      </w:tblPr>
      <w:tblGrid>
        <w:gridCol w:w="5403"/>
        <w:gridCol w:w="2401"/>
        <w:gridCol w:w="2401"/>
      </w:tblGrid>
      <w:tr>
        <w:tc>
          <w:tcPr>
            <w:tcW w:type="dxa" w:w="540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שלב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הצעד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14205A"/>
                <w:sz w:val="21"/>
                <w:rtl/>
                <w:bCs/>
                <w:szCs w:val="21"/>
              </w:rPr>
              <w:t>✓</w:t>
            </w:r>
          </w:p>
        </w:tc>
      </w:tr>
      <w:tr>
        <w:tc>
          <w:tcPr>
            <w:tcW w:type="dxa" w:w="54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3 – החודש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54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2 – השבוע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  <w:tr>
        <w:tc>
          <w:tcPr>
            <w:tcW w:type="dxa" w:w="54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1 – מחר!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  <w:tc>
          <w:tcPr>
            <w:tcW w:type="dxa" w:w="240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 xml:space="preserve"> </w:t>
            </w:r>
          </w:p>
        </w:tc>
      </w:tr>
    </w:tbl>
    <w:p>
      <w:pPr>
        <w:bidi/>
        <w:spacing w:after="60"/>
        <w:jc w:val="right"/>
      </w:pPr>
      <w:r>
        <w:rPr>
          <w:rFonts w:ascii="Arial" w:hAnsi="Arial" w:cs="Arial"/>
          <w:b w:val="0"/>
          <w:sz w:val="12"/>
          <w:rtl/>
          <w:szCs w:val="12"/>
        </w:rPr>
        <w:t xml:space="preserve"> 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לאט ובהתמדה – כל צעד מדליק עוד נר (מעש״ה – ה: הבניית רצף).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5: 💪 הכוחות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בחרו 3 כוחות – ובדקו: מאיזה ערוץ הם מגיעים?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בְּמָה אֲנִי טוֹב / טוֹבָה? בַּחֲרוּ 3.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הקיפו 3: 🏃 זריז/ה · ⚽ ספורטיבי/ת · 🛠️ טוב/ה בידיים · 🧠 חושב/ת טוב · 🔢 טוב/ה במספרים · 📚 אוהב/ת לקרוא · 💗 מבין/ה רגשות · 😊 אופטימי/ת · 🧘 יודע/ת להירגע · ⭐ מאמין/ה בעצמי · 🐢 מתמיד/ה · ⚖️ הוגן/ת · 🤝 חבר/ה טוב/ה · 👂 מקשיב/ה · 😂 מצחיק/ה · 🎨 יצירתי/ת · 🎵 מוזיקלי/ת · 💡 מלא/ת רעיונות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הערוצים שלי (גוף / שכל / רגש / אמונה / חברה / דמיון):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שישה ערוצי כוח: גוף, שכל, רגש, אמונה, חברה, דמיון (גש״ר מאח״ד).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6: 🤝 מי איתי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מי האנשים שמדליקים אתכם? ונתרגל עש״ן ד״ק לרגעים קשים.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מִי עוֹזֵר לִי? 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🤝 שלושה אנשים שעוזרים לי: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🫁 עש״ן ד״ק: ✋ עוצרים · 💪 שרירים · 🌬️ נשימה · 💬 דיבור עצמי · ➡️ קדימה. מה אגיד לעצמי כשקשה?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עש״ן ד״ק: עוצרים, שרירים, נשימה, דיבור עצמי, קדימה.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7: ✨ האור שאני מביא/ה לכיתה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משחק המחמאות: מגרילים חבר/ה, אומרים מחמאה אמיתית – ומדליקים נר.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מַחְמָאָה לְחָבֵר אוֹ לַחֲבֵרָה ✨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✨ מחמאה שנתתי היום (למי ומה):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✨ מחמאה שקיבלתי: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כשאנחנו רואים את האור של אחרים – כולנו שייכים (גש״ר מאח״ד – ח: חברה).</w:t>
      </w:r>
    </w:p>
    <w:p>
      <w:r>
        <w:br w:type="page"/>
      </w:r>
    </w:p>
    <w:p>
      <w:pPr>
        <w:bidi/>
        <w:spacing w:after="60"/>
        <w:jc w:val="right"/>
      </w:pPr>
      <w:r>
        <w:rPr>
          <w:rFonts w:ascii="Arial" w:hAnsi="Arial" w:cs="Arial"/>
          <w:b/>
          <w:color w:val="9A6200"/>
          <w:sz w:val="30"/>
          <w:rtl/>
          <w:bCs/>
          <w:szCs w:val="30"/>
        </w:rPr>
        <w:t>🕯️ נר 8: 🎁 הברכה שלי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>איזו ברכה אתם מביאים לעולם? צרו כרטיס.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2C6B3A"/>
          <w:sz w:val="30"/>
          <w:rtl/>
          <w:szCs w:val="30"/>
        </w:rPr>
        <w:t>🟢 בְּרָכָה שֶׁלִּי לָעוֹלָם 🎁</w:t>
      </w:r>
    </w:p>
    <w:p>
      <w:pPr>
        <w:bidi/>
        <w:spacing w:after="60"/>
        <w:jc w:val="right"/>
        <w:shd w:val="clear" w:color="auto" w:fill="FFFAF0"/>
      </w:pPr>
      <w:r>
        <w:rPr>
          <w:rFonts w:ascii="Arial" w:hAnsi="Arial" w:cs="Arial"/>
          <w:b w:val="0"/>
          <w:sz w:val="24"/>
          <w:rtl/>
          <w:szCs w:val="24"/>
        </w:rPr>
        <w:t>🎁 הברכה שלי לעולם: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sz w:val="24"/>
          <w:rtl/>
          <w:szCs w:val="24"/>
        </w:rPr>
        <w:t xml:space="preserve"> </w:t>
      </w:r>
    </w:p>
    <w:p>
      <w:pPr>
        <w:bidi/>
        <w:spacing w:after="60"/>
        <w:jc w:val="right"/>
        <w:shd w:val="clear" w:color="auto" w:fill="EEF8F6"/>
      </w:pPr>
      <w:r>
        <w:rPr>
          <w:rFonts w:ascii="Arial" w:hAnsi="Arial" w:cs="Arial"/>
          <w:b w:val="0"/>
          <w:sz w:val="22"/>
          <w:rtl/>
          <w:szCs w:val="22"/>
        </w:rPr>
        <w:t>🛡️ נר חנוכה מדליקים ליד החלון – כדי שהאור ייראה בחוץ.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color w:val="777777"/>
          <w:sz w:val="18"/>
          <w:rtl/>
          <w:szCs w:val="18"/>
        </w:rPr>
        <w:t>יש בתוכך אור – סדנת חנוכה · 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תלמיד/ה – יש בתוכך אור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